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FICTION BOOK</w:t>
      </w:r>
    </w:p>
    <w:p>
      <w:pPr>
        <w:pStyle w:val="Title"/>
        <w:jc w:val="center"/>
      </w:pPr>
      <w:r>
        <w:t>Planning Workbook</w:t>
      </w:r>
    </w:p>
    <w:p>
      <w:pPr>
        <w:jc w:val="center"/>
      </w:pPr>
      <w:r>
        <w:rPr>
          <w:i/>
          <w:sz w:val="24"/>
        </w:rPr>
        <w:t>Turn a story idea into a novel you can actually draft.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Working Title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Author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Genre / Subgenre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Ideal Reader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pPr>
        <w:jc w:val="center"/>
      </w:pPr>
      <w:r>
        <w:rPr>
          <w:sz w:val="18"/>
        </w:rPr>
        <w:t>Use this workbook before drafting, or return to it when a manuscript starts losing direction.</w:t>
      </w:r>
    </w:p>
    <w:p>
      <w:r>
        <w:br w:type="page"/>
      </w:r>
    </w:p>
    <w:p>
      <w:pPr>
        <w:pStyle w:val="Heading1"/>
      </w:pPr>
      <w:r>
        <w:t>1. The Story in One Sentence</w:t>
      </w:r>
    </w:p>
    <w:p>
      <w:pPr>
        <w:spacing w:after="160"/>
      </w:pPr>
      <w:r>
        <w:t>Start with a premise, not just an idea. A useful premise identifies the protagonist, what they want, what stands in the way, and why failure matters.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Raw Story Idea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One-Sentence Premise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Why does this story need to happen now?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2"/>
      </w:pPr>
      <w:r>
        <w:t>Premise Check</w:t>
      </w:r>
    </w:p>
    <w:p>
      <w:pPr>
        <w:spacing w:after="60"/>
      </w:pPr>
      <w:r>
        <w:t>☐  There is a specific protagonist.</w:t>
      </w:r>
    </w:p>
    <w:p>
      <w:pPr>
        <w:spacing w:after="60"/>
      </w:pPr>
      <w:r>
        <w:t>☐  The protagonist wants something concrete.</w:t>
      </w:r>
    </w:p>
    <w:p>
      <w:pPr>
        <w:spacing w:after="60"/>
      </w:pPr>
      <w:r>
        <w:t>☐  A meaningful force opposes that goal.</w:t>
      </w:r>
    </w:p>
    <w:p>
      <w:pPr>
        <w:spacing w:after="60"/>
      </w:pPr>
      <w:r>
        <w:t>☐  Failure has a consequence.</w:t>
      </w:r>
    </w:p>
    <w:p>
      <w:pPr>
        <w:spacing w:after="60"/>
      </w:pPr>
      <w:r>
        <w:t>☐  The premise creates questions a reader will want answered.</w:t>
      </w:r>
    </w:p>
    <w:p>
      <w:pPr>
        <w:pStyle w:val="Heading1"/>
      </w:pPr>
      <w:r>
        <w:t>2. Build the Protagonist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E8E3D8"/>
          </w:tcPr>
          <w:p>
            <w:r>
              <w:t>Question</w:t>
            </w:r>
          </w:p>
        </w:tc>
        <w:tc>
          <w:tcPr>
            <w:tcW w:type="dxa" w:w="5040"/>
            <w:shd w:fill="E8E3D8"/>
          </w:tcPr>
          <w:p>
            <w:r>
              <w:t>Your Answer</w:t>
            </w:r>
          </w:p>
        </w:tc>
      </w:tr>
      <w:tr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What does the protagonist want externally?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  <w:br/>
            </w:r>
          </w:p>
        </w:tc>
      </w:tr>
      <w:tr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What do they need internally?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  <w:br/>
            </w:r>
          </w:p>
        </w:tc>
      </w:tr>
      <w:tr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What false belief, fear, or flaw holds them back?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  <w:br/>
            </w:r>
          </w:p>
        </w:tc>
      </w:tr>
      <w:tr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What do they stand to lose?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  <w:br/>
            </w:r>
          </w:p>
        </w:tc>
      </w:tr>
      <w:tr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What makes them capable of pursuing the goal?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  <w:br/>
            </w:r>
          </w:p>
        </w:tc>
      </w:tr>
      <w:tr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What makes the goal especially difficult for them?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  <w:br/>
            </w:r>
          </w:p>
        </w:tc>
      </w:tr>
    </w:tbl>
    <w:p>
      <w:pPr>
        <w:pStyle w:val="Heading1"/>
      </w:pPr>
      <w:r>
        <w:t>3. Opposition and Stakes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Main antagonist or opposing force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What does the antagonist/opposing force want, and why does it make sense from their perspective?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What happens if the protagonist fails?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How will the cost of failure escalate as the story progresses?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4. Setting and Story World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Where and when does the story take place?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Three concrete details that make this world feel specific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Rules the story world cannot break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Research I need before or during drafting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1"/>
      </w:pPr>
      <w:r>
        <w:t>5. Map the Story Arc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E8E3D8"/>
          </w:tcPr>
          <w:p>
            <w:r>
              <w:t>Story Beat</w:t>
            </w:r>
          </w:p>
        </w:tc>
        <w:tc>
          <w:tcPr>
            <w:tcW w:type="dxa" w:w="5040"/>
            <w:shd w:fill="E8E3D8"/>
          </w:tcPr>
          <w:p>
            <w:r>
              <w:t>Plan</w:t>
            </w:r>
          </w:p>
        </w:tc>
      </w:tr>
      <w:tr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Opening Situation</w:t>
              <w:br/>
              <w:t>What is normal life before the central story problem takes over?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  <w:br/>
            </w:r>
          </w:p>
        </w:tc>
      </w:tr>
      <w:tr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Inciting Incident</w:t>
              <w:br/>
              <w:t>What event forces change?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  <w:br/>
            </w:r>
          </w:p>
        </w:tc>
      </w:tr>
      <w:tr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First Major Decision</w:t>
              <w:br/>
              <w:t>What choice commits the protagonist to the story?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  <w:br/>
            </w:r>
          </w:p>
        </w:tc>
      </w:tr>
      <w:tr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Rising Complications</w:t>
              <w:br/>
              <w:t>How do problems become harder, more personal, or more costly?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  <w:br/>
            </w:r>
          </w:p>
        </w:tc>
      </w:tr>
      <w:tr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Midpoint</w:t>
              <w:br/>
              <w:t>What revelation, reversal, victory, or defeat changes the direction of the story?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  <w:br/>
            </w:r>
          </w:p>
        </w:tc>
      </w:tr>
      <w:tr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Lowest Point</w:t>
              <w:br/>
              <w:t>When does success seem least likely?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  <w:br/>
            </w:r>
          </w:p>
        </w:tc>
      </w:tr>
      <w:tr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Climax</w:t>
              <w:br/>
              <w:t>What final choice or confrontation resolves the central conflict?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  <w:br/>
            </w:r>
          </w:p>
        </w:tc>
      </w:tr>
      <w:tr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Resolution</w:t>
              <w:br/>
              <w:t>What has changed, and what does the protagonist now understand?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br/>
              <w:br/>
            </w:r>
          </w:p>
        </w:tc>
      </w:tr>
    </w:tbl>
    <w:p>
      <w:r>
        <w:br w:type="page"/>
      </w:r>
    </w:p>
    <w:p>
      <w:pPr>
        <w:pStyle w:val="Heading1"/>
      </w:pPr>
      <w:r>
        <w:t>6. Chapter and Scene Map</w:t>
      </w:r>
    </w:p>
    <w:p>
      <w:r>
        <w:t>Each scene should change something. Use as many rows as you need when you transfer this template into your working document.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16"/>
        <w:gridCol w:w="2016"/>
        <w:gridCol w:w="2016"/>
        <w:gridCol w:w="2016"/>
        <w:gridCol w:w="2016"/>
      </w:tblGrid>
      <w:tr>
        <w:tc>
          <w:tcPr>
            <w:tcW w:type="dxa" w:w="2016"/>
            <w:shd w:fill="E8E3D8"/>
          </w:tcPr>
          <w:p>
            <w:r>
              <w:t>Ch.</w:t>
            </w:r>
          </w:p>
        </w:tc>
        <w:tc>
          <w:tcPr>
            <w:tcW w:type="dxa" w:w="2016"/>
            <w:shd w:fill="E8E3D8"/>
          </w:tcPr>
          <w:p>
            <w:r>
              <w:t>POV</w:t>
            </w:r>
          </w:p>
        </w:tc>
        <w:tc>
          <w:tcPr>
            <w:tcW w:type="dxa" w:w="2016"/>
            <w:shd w:fill="E8E3D8"/>
          </w:tcPr>
          <w:p>
            <w:r>
              <w:t>Scene Goal</w:t>
            </w:r>
          </w:p>
        </w:tc>
        <w:tc>
          <w:tcPr>
            <w:tcW w:type="dxa" w:w="2016"/>
            <w:shd w:fill="E8E3D8"/>
          </w:tcPr>
          <w:p>
            <w:r>
              <w:t>Conflict / Change</w:t>
            </w:r>
          </w:p>
        </w:tc>
        <w:tc>
          <w:tcPr>
            <w:tcW w:type="dxa" w:w="2016"/>
            <w:shd w:fill="E8E3D8"/>
          </w:tcPr>
          <w:p>
            <w:r>
              <w:t>What Pulls Us Forward?</w:t>
            </w:r>
          </w:p>
        </w:tc>
      </w:tr>
      <w:tr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</w:tr>
      <w:tr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</w:tr>
      <w:tr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</w:tr>
      <w:tr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</w:tr>
      <w:tr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</w:tr>
      <w:tr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</w:tr>
      <w:tr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</w:tr>
      <w:tr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</w:tr>
      <w:tr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</w:tr>
      <w:tr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br/>
            </w:r>
          </w:p>
        </w:tc>
      </w:tr>
    </w:tbl>
    <w:p>
      <w:pPr>
        <w:pStyle w:val="Heading1"/>
      </w:pPr>
      <w:r>
        <w:t>7. Character Arc Check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Who is the protagonist at the beginning?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What experiences challenge their original belief or behavior?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What final choice proves they have changed, or deliberately refused to change?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8. Drafting Plan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Target manuscript length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Writing target: words per day or hours per week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Where and when will I usually write?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3F1E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20"/>
              </w:rPr>
              <w:t>What will I do when I get stuck?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  <w:p>
            <w:pPr>
              <w:spacing w:after="40"/>
            </w:pPr>
            <w: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Heading1"/>
      </w:pPr>
      <w:r>
        <w:t>9. Revision Plan</w:t>
      </w:r>
    </w:p>
    <w:p>
      <w:r>
        <w:t>Revise the story before polishing individual sentences.</w:t>
      </w:r>
    </w:p>
    <w:p>
      <w:pPr>
        <w:spacing w:after="60"/>
      </w:pPr>
      <w:r>
        <w:t>☐  Structural pass: plot, pacing, missing scenes, unnecessary scenes.</w:t>
      </w:r>
    </w:p>
    <w:p>
      <w:pPr>
        <w:spacing w:after="60"/>
      </w:pPr>
      <w:r>
        <w:t>☐  Character pass: motivation, consistency, arc, relationships.</w:t>
      </w:r>
    </w:p>
    <w:p>
      <w:pPr>
        <w:spacing w:after="60"/>
      </w:pPr>
      <w:r>
        <w:t>☐  Continuity pass: timeline, world rules, factual consistency.</w:t>
      </w:r>
    </w:p>
    <w:p>
      <w:pPr>
        <w:spacing w:after="60"/>
      </w:pPr>
      <w:r>
        <w:t>☐  Prose pass: clarity, voice, dialogue, description, repetition.</w:t>
      </w:r>
    </w:p>
    <w:p>
      <w:pPr>
        <w:spacing w:after="60"/>
      </w:pPr>
      <w:r>
        <w:t>☐  Proofreading pass: grammar, punctuation, typos, formatting.</w:t>
      </w:r>
    </w:p>
    <w:p>
      <w:pPr>
        <w:pStyle w:val="Heading1"/>
      </w:pPr>
      <w:r>
        <w:t>10. Final Story Test</w:t>
      </w:r>
    </w:p>
    <w:p>
      <w:pPr>
        <w:spacing w:after="60"/>
      </w:pPr>
      <w:r>
        <w:t>☐  Can I explain the book in one compelling sentence?</w:t>
      </w:r>
    </w:p>
    <w:p>
      <w:pPr>
        <w:spacing w:after="60"/>
      </w:pPr>
      <w:r>
        <w:t>☐  Does the protagonist actively pursue a goal?</w:t>
      </w:r>
    </w:p>
    <w:p>
      <w:pPr>
        <w:spacing w:after="60"/>
      </w:pPr>
      <w:r>
        <w:t>☐  Does opposition intensify rather than repeat?</w:t>
      </w:r>
    </w:p>
    <w:p>
      <w:pPr>
        <w:spacing w:after="60"/>
      </w:pPr>
      <w:r>
        <w:t>☐  Do the stakes become more consequential?</w:t>
      </w:r>
    </w:p>
    <w:p>
      <w:pPr>
        <w:spacing w:after="60"/>
      </w:pPr>
      <w:r>
        <w:t>☐  Does every major scene earn its place?</w:t>
      </w:r>
    </w:p>
    <w:p>
      <w:pPr>
        <w:spacing w:after="60"/>
      </w:pPr>
      <w:r>
        <w:t>☐  Does the climax resolve the central conflict?</w:t>
      </w:r>
    </w:p>
    <w:p>
      <w:pPr>
        <w:spacing w:after="60"/>
      </w:pPr>
      <w:r>
        <w:t>☐  Does the ending pay off what the beginning promised?</w:t>
      </w:r>
    </w:p>
    <w:p>
      <w:pPr>
        <w:spacing w:after="60"/>
      </w:pPr>
      <w:r>
        <w:t>☐  Has the protagonist changed, revealed themselves, or made a meaningful final choice?</w:t>
      </w:r>
    </w:p>
    <w:p>
      <w:pPr>
        <w:pStyle w:val="Heading1"/>
      </w:pPr>
      <w:r>
        <w:t>Notes / Ideas I Don't Want to Lose</w:t>
      </w:r>
    </w:p>
    <w:p>
      <w:pPr>
        <w:spacing w:after="80"/>
      </w:pPr>
      <w:r>
        <w:t>________________________________________________________________________________</w:t>
      </w:r>
    </w:p>
    <w:p>
      <w:pPr>
        <w:spacing w:after="80"/>
      </w:pPr>
      <w:r>
        <w:t>________________________________________________________________________________</w:t>
      </w:r>
    </w:p>
    <w:p>
      <w:pPr>
        <w:spacing w:after="80"/>
      </w:pPr>
      <w:r>
        <w:t>________________________________________________________________________________</w:t>
      </w:r>
    </w:p>
    <w:p>
      <w:pPr>
        <w:spacing w:after="80"/>
      </w:pPr>
      <w:r>
        <w:t>________________________________________________________________________________</w:t>
      </w:r>
    </w:p>
    <w:p>
      <w:pPr>
        <w:spacing w:after="80"/>
      </w:pPr>
      <w:r>
        <w:t>________________________________________________________________________________</w:t>
      </w:r>
    </w:p>
    <w:p>
      <w:pPr>
        <w:spacing w:after="80"/>
      </w:pPr>
      <w:r>
        <w:t>________________________________________________________________________________</w:t>
      </w:r>
    </w:p>
    <w:p>
      <w:pPr>
        <w:spacing w:after="80"/>
      </w:pPr>
      <w:r>
        <w:t>________________________________________________________________________________</w:t>
      </w:r>
    </w:p>
    <w:p>
      <w:pPr>
        <w:spacing w:after="80"/>
      </w:pPr>
      <w:r>
        <w:t>________________________________________________________________________________</w:t>
      </w:r>
    </w:p>
    <w:p>
      <w:pPr>
        <w:spacing w:after="80"/>
      </w:pPr>
      <w:r>
        <w:t>________________________________________________________________________________</w:t>
      </w:r>
    </w:p>
    <w:p>
      <w:pPr>
        <w:spacing w:after="80"/>
      </w:pPr>
      <w:r>
        <w:t>________________________________________________________________________________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Fiction Book Planning Workbook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 w:themeColor="text2" w:themeShade="BF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